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8"/>
              </w:rPr>
              <w:t>ČESTNÉ VYHLÁSENIE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O BEZÚHONNOSTI  ·  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p>
      <w:pPr>
        <w:spacing w:before="160" w:after="60"/>
      </w:pPr>
      <w:r>
        <w:rPr>
          <w:b/>
          <w:color w:val="F2541B"/>
          <w:sz w:val="17"/>
        </w:rPr>
        <w:t>VYHLASOVATEĽ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Meno a priezvisko, titul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[Meno a priezvisko]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Dátum narodenia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[dd. mm. rrrr]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Trvalý pobyt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[ulica a číslo, PSČ, obec]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Číslo občianskeho preukazu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[číslo OP]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b/>
          <w:color w:val="F2541B"/>
          <w:sz w:val="17"/>
        </w:rPr>
        <w:t>ÚČEL VYHLÁSENIA</w:t>
      </w:r>
    </w:p>
    <w:p>
      <w:pPr>
        <w:spacing w:after="80"/>
        <w:jc w:val="both"/>
      </w:pPr>
      <w:r>
        <w:rPr>
          <w:b w:val="0"/>
          <w:i w:val="0"/>
          <w:sz w:val="20"/>
        </w:rPr>
        <w:t>Toto vyhlásenie predkladám [zamestnávateľovi / objednávateľovi / úradu – doplňte názov] na účel [napr. preukázania bezúhonnosti pri uzatvorení zmluvy, výberovom konaní, registrácii].</w:t>
      </w:r>
    </w:p>
    <w:p>
      <w:pPr>
        <w:keepNext/>
        <w:spacing w:before="160"/>
        <w:jc w:val="center"/>
      </w:pPr>
      <w:r>
        <w:rPr>
          <w:b/>
          <w:sz w:val="22"/>
        </w:rPr>
        <w:t>čestne vyhlasujem, že</w:t>
      </w:r>
    </w:p>
    <w:p>
      <w:pPr>
        <w:spacing w:after="80"/>
        <w:jc w:val="both"/>
      </w:pPr>
      <w:r>
        <w:rPr>
          <w:b w:val="0"/>
          <w:i w:val="0"/>
          <w:sz w:val="20"/>
        </w:rPr>
        <w:t>som bezúhonný/-á, t. j. nebol/-a som právoplatne odsúdený/-á za úmyselný trestný čin ani za trestný čin, ktorý by súvisel s predmetom [zmluvy / činnosti / pracovného miesta], a v registri trestov nemám záznam.</w:t>
      </w:r>
    </w:p>
    <w:p>
      <w:pPr>
        <w:spacing w:after="80"/>
        <w:jc w:val="both"/>
      </w:pPr>
      <w:r>
        <w:rPr>
          <w:b w:val="0"/>
          <w:i w:val="0"/>
          <w:sz w:val="20"/>
        </w:rPr>
        <w:t>Zaväzujem sa bez zbytočného odkladu oznámiť každú zmenu skutočností uvedených v tomto vyhlásení.</w:t>
      </w:r>
    </w:p>
    <w:p>
      <w:pPr>
        <w:spacing w:after="80"/>
        <w:jc w:val="both"/>
      </w:pPr>
      <w:r>
        <w:rPr>
          <w:b w:val="0"/>
          <w:i w:val="0"/>
          <w:color w:val="6B6B6B"/>
          <w:sz w:val="17"/>
        </w:rPr>
        <w:t>Som si vedomý/-á, že nepravdivé čestné vyhlásenie je priestupkom podľa § 21 ods. 1 písm. f) zákona č. 372/1990 Zb. o priestupkoch a v závislosti od okolností môže zakladať aj trestnoprávnu zodpovednosť.</w:t>
      </w:r>
    </w:p>
    <w:p>
      <w:pPr>
        <w:spacing w:after="80" w:before="240"/>
      </w:pPr>
      <w:r>
        <w:rPr>
          <w:b w:val="0"/>
          <w:i w:val="0"/>
          <w:sz w:val="20"/>
        </w:rPr>
        <w:t>V [mieste] dňa [dátum]</w:t>
      </w:r>
    </w:p>
    <w:p>
      <w:pPr>
        <w:spacing w:before="504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639"/>
      </w:tblGrid>
      <w:tr>
        <w:tc>
          <w:tcPr>
            <w:tcW w:type="dxa" w:w="9638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[Meno a priezvisko]</w:t>
            </w:r>
          </w:p>
          <w:p>
            <w:pPr>
              <w:jc w:val="center"/>
            </w:pPr>
            <w:r>
              <w:rPr>
                <w:color w:val="6B6B6B"/>
                <w:sz w:val="16"/>
              </w:rPr>
              <w:t>vlastnoručný podpis vyhlasovateľa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Cestne vyhlasenie o bezuhonnosti vzor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