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969"/>
        <w:gridCol w:w="5670"/>
      </w:tblGrid>
      <w:tr>
        <w:tc>
          <w:tcPr>
            <w:tcW w:type="dxa" w:w="3969"/>
            <w:vAlign w:val="center"/>
          </w:tcPr>
          <w:p>
            <w:r>
              <w:drawing>
                <wp:inline xmlns:a="http://schemas.openxmlformats.org/drawingml/2006/main" xmlns:pic="http://schemas.openxmlformats.org/drawingml/2006/picture">
                  <wp:extent cx="1362656" cy="34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656" cy="34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69"/>
            <w:vAlign w:val="center"/>
          </w:tcPr>
          <w:p>
            <w:pPr>
              <w:spacing w:after="40"/>
              <w:jc w:val="right"/>
            </w:pPr>
            <w:r>
              <w:rPr>
                <w:b/>
                <w:sz w:val="38"/>
              </w:rPr>
              <w:t>ČESTNÉ VYHLÁSENIE</w:t>
            </w:r>
          </w:p>
          <w:p>
            <w:pPr>
              <w:jc w:val="right"/>
            </w:pPr>
            <w:r>
              <w:rPr>
                <w:b/>
                <w:color w:val="F2541B"/>
                <w:sz w:val="16"/>
              </w:rPr>
              <w:t>O VEKU STAVBY  ·  VZOR</w:t>
            </w:r>
          </w:p>
        </w:tc>
      </w:tr>
    </w:tbl>
    <w:p>
      <w:pPr>
        <w:pBdr>
          <w:bottom w:val="single" w:sz="12" w:color="F2541B" w:space="1"/>
        </w:pBdr>
        <w:spacing w:after="160"/>
      </w:pPr>
    </w:p>
    <w:p>
      <w:pPr>
        <w:spacing w:before="160" w:after="60"/>
      </w:pPr>
      <w:r>
        <w:rPr>
          <w:b/>
          <w:color w:val="F2541B"/>
          <w:sz w:val="17"/>
        </w:rPr>
        <w:t>VYHLASOVATEĽ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402"/>
        <w:gridCol w:w="6237"/>
      </w:tblGrid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Meno a priezvisko, titul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[Meno a priezvisko]</w:t>
            </w:r>
          </w:p>
        </w:tc>
      </w:tr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Dátum narodenia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[dd. mm. rrrr]</w:t>
            </w:r>
          </w:p>
        </w:tc>
      </w:tr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Trvalý pobyt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[ulica a číslo, PSČ, obec]</w:t>
            </w:r>
          </w:p>
        </w:tc>
      </w:tr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Číslo občianskeho preukazu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[číslo OP]</w:t>
            </w:r>
          </w:p>
        </w:tc>
      </w:tr>
    </w:tbl>
    <w:p>
      <w:pPr>
        <w:spacing w:after="40"/>
      </w:pPr>
    </w:p>
    <w:p>
      <w:pPr>
        <w:spacing w:before="160" w:after="60"/>
      </w:pPr>
      <w:r>
        <w:rPr>
          <w:b/>
          <w:color w:val="F2541B"/>
          <w:sz w:val="17"/>
        </w:rPr>
        <w:t>ÚČEL VYHLÁSENIA</w:t>
      </w:r>
    </w:p>
    <w:p>
      <w:pPr>
        <w:spacing w:after="80"/>
        <w:jc w:val="both"/>
      </w:pPr>
      <w:r>
        <w:rPr>
          <w:b w:val="0"/>
          <w:i w:val="0"/>
          <w:sz w:val="20"/>
        </w:rPr>
        <w:t>Vyhlásenie predkladám [stavebnému úradu / znalcovi / katastru / banke] ako podklad k žiadosti o potvrdenie veku stavby, k znaleckému posudku alebo k inému úkonu, pri ktorom neexistujú iné doklady o začatí užívania stavby.</w:t>
      </w:r>
    </w:p>
    <w:p>
      <w:pPr>
        <w:keepNext/>
        <w:spacing w:before="160"/>
        <w:jc w:val="center"/>
      </w:pPr>
      <w:r>
        <w:rPr>
          <w:b/>
          <w:sz w:val="22"/>
        </w:rPr>
        <w:t>čestne vyhlasujem, že</w:t>
      </w:r>
    </w:p>
    <w:p>
      <w:pPr>
        <w:spacing w:after="80"/>
        <w:jc w:val="both"/>
      </w:pPr>
      <w:r>
        <w:rPr>
          <w:b w:val="0"/>
          <w:i w:val="0"/>
          <w:sz w:val="20"/>
        </w:rPr>
        <w:t>nižšie uvedená stavba, ktorej som [vlastníkom / spoluvlastníkom], bola dokončená a užívaná najneskôr v roku [rrrr] a od toho času je užívaná na účel, na ktorý bola postavená.</w:t>
      </w:r>
    </w:p>
    <w:p>
      <w:pPr>
        <w:spacing w:before="160" w:after="60"/>
      </w:pPr>
      <w:r>
        <w:rPr>
          <w:b/>
          <w:color w:val="F2541B"/>
          <w:sz w:val="17"/>
        </w:rPr>
        <w:t>ÚDAJE O STAVBE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402"/>
        <w:gridCol w:w="6237"/>
      </w:tblGrid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Druh stavby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[rodinný dom / hospodárska budova / garáž ...]</w:t>
            </w:r>
          </w:p>
        </w:tc>
      </w:tr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Súpisné číslo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[súpisné číslo, ak bolo pridelené]</w:t>
            </w:r>
          </w:p>
        </w:tc>
      </w:tr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Katastrálne územie, parcela č.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[k. ú., číslo parcely registra C]</w:t>
            </w:r>
          </w:p>
        </w:tc>
      </w:tr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Adresa stavby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[ulica, číslo, obec]</w:t>
            </w:r>
          </w:p>
        </w:tc>
      </w:tr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Rok dokončenia / začatia užívania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[rrrr]</w:t>
            </w:r>
          </w:p>
        </w:tc>
      </w:tr>
    </w:tbl>
    <w:p>
      <w:pPr>
        <w:spacing w:after="40"/>
      </w:pPr>
    </w:p>
    <w:p>
      <w:pPr>
        <w:spacing w:after="80"/>
        <w:jc w:val="both"/>
      </w:pPr>
      <w:r>
        <w:rPr>
          <w:b w:val="0"/>
          <w:i w:val="0"/>
          <w:sz w:val="20"/>
        </w:rPr>
        <w:t>Skutočnosti uvádzam na základe [vlastnej vedomosti / informácií od rodičov a susedov / dobových fotografií – doplňte]. Listinné doklady o povolení a kolaudácii stavby [neexistujú / sa nezachovali] a nevie ich vydať ani obec či stavebný úrad.</w:t>
      </w:r>
    </w:p>
    <w:p>
      <w:pPr>
        <w:spacing w:before="160" w:after="60"/>
      </w:pPr>
      <w:r>
        <w:rPr>
          <w:b/>
          <w:color w:val="F2541B"/>
          <w:sz w:val="17"/>
        </w:rPr>
        <w:t>SVEDKOVIA (NEPOVINNÉ)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118"/>
        <w:gridCol w:w="4252"/>
        <w:gridCol w:w="2268"/>
      </w:tblGrid>
      <w:tr>
        <w:tc>
          <w:tcPr>
            <w:tcW w:type="dxa" w:w="3118"/>
            <w:shd w:val="clear" w:color="auto" w:fill="F2541B"/>
            <w:tcMar>
              <w:top w:w="70" w:type="dxa"/>
              <w:bottom w:w="70" w:type="dxa"/>
              <w:start w:w="90" w:type="dxa"/>
              <w:end w:w="90" w:type="dxa"/>
            </w:tcMar>
          </w:tcPr>
          <w:p>
            <w:r>
              <w:rPr>
                <w:b/>
                <w:color w:val="FFFFFF"/>
                <w:sz w:val="17"/>
              </w:rPr>
              <w:t>Meno a priezvisko</w:t>
            </w:r>
          </w:p>
        </w:tc>
        <w:tc>
          <w:tcPr>
            <w:tcW w:type="dxa" w:w="4252"/>
            <w:shd w:val="clear" w:color="auto" w:fill="F2541B"/>
            <w:tcMar>
              <w:top w:w="70" w:type="dxa"/>
              <w:bottom w:w="70" w:type="dxa"/>
              <w:start w:w="90" w:type="dxa"/>
              <w:end w:w="90" w:type="dxa"/>
            </w:tcMar>
          </w:tcPr>
          <w:p>
            <w:r>
              <w:rPr>
                <w:b/>
                <w:color w:val="FFFFFF"/>
                <w:sz w:val="17"/>
              </w:rPr>
              <w:t>Adresa</w:t>
            </w:r>
          </w:p>
        </w:tc>
        <w:tc>
          <w:tcPr>
            <w:tcW w:type="dxa" w:w="2268"/>
            <w:shd w:val="clear" w:color="auto" w:fill="F2541B"/>
            <w:tcMar>
              <w:top w:w="70" w:type="dxa"/>
              <w:bottom w:w="70" w:type="dxa"/>
              <w:start w:w="90" w:type="dxa"/>
              <w:end w:w="90" w:type="dxa"/>
            </w:tcMar>
          </w:tcPr>
          <w:p>
            <w:r>
              <w:rPr>
                <w:b/>
                <w:color w:val="FFFFFF"/>
                <w:sz w:val="17"/>
              </w:rPr>
              <w:t>Podpis</w:t>
            </w:r>
          </w:p>
        </w:tc>
      </w:tr>
      <w:tr>
        <w:trPr>
          <w:trHeight w:val="510"/>
        </w:trPr>
        <w:tc>
          <w:tcPr>
            <w:tcW w:type="dxa" w:w="3118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7"/>
              </w:rPr>
            </w:r>
          </w:p>
        </w:tc>
        <w:tc>
          <w:tcPr>
            <w:tcW w:type="dxa" w:w="4252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7"/>
              </w:rPr>
            </w:r>
          </w:p>
        </w:tc>
        <w:tc>
          <w:tcPr>
            <w:tcW w:type="dxa" w:w="2268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3118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7"/>
              </w:rPr>
            </w:r>
          </w:p>
        </w:tc>
        <w:tc>
          <w:tcPr>
            <w:tcW w:type="dxa" w:w="4252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7"/>
              </w:rPr>
            </w:r>
          </w:p>
        </w:tc>
        <w:tc>
          <w:tcPr>
            <w:tcW w:type="dxa" w:w="2268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7"/>
              </w:rPr>
            </w:r>
          </w:p>
        </w:tc>
      </w:tr>
    </w:tbl>
    <w:p>
      <w:pPr>
        <w:spacing w:after="40"/>
      </w:pPr>
    </w:p>
    <w:p>
      <w:pPr>
        <w:spacing w:after="80"/>
        <w:jc w:val="both"/>
      </w:pPr>
      <w:r>
        <w:rPr>
          <w:b w:val="0"/>
          <w:i w:val="0"/>
          <w:color w:val="6B6B6B"/>
          <w:sz w:val="17"/>
        </w:rPr>
        <w:t>Som si vedomý/-á, že nepravdivé čestné vyhlásenie je priestupkom podľa § 21 ods. 1 písm. f) zákona č. 372/1990 Zb. o priestupkoch a v závislosti od okolností môže zakladať aj trestnoprávnu zodpovednosť.</w:t>
      </w:r>
    </w:p>
    <w:p>
      <w:pPr>
        <w:spacing w:after="80" w:before="240"/>
      </w:pPr>
      <w:r>
        <w:rPr>
          <w:b w:val="0"/>
          <w:i w:val="0"/>
          <w:sz w:val="20"/>
        </w:rPr>
        <w:t>V [mieste] dňa [dátum]</w:t>
      </w:r>
    </w:p>
    <w:p>
      <w:pPr>
        <w:spacing w:before="504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639"/>
      </w:tblGrid>
      <w:tr>
        <w:tc>
          <w:tcPr>
            <w:tcW w:type="dxa" w:w="9638"/>
          </w:tcPr>
          <w:p>
            <w:pPr>
              <w:jc w:val="center"/>
            </w:pPr>
            <w:r>
              <w:rPr>
                <w:color w:val="6B6B6B"/>
              </w:rPr>
              <w:t>......................................................</w:t>
            </w:r>
          </w:p>
          <w:p>
            <w:pPr>
              <w:jc w:val="center"/>
            </w:pPr>
            <w:r>
              <w:rPr>
                <w:b/>
                <w:sz w:val="18"/>
              </w:rPr>
              <w:t>[Meno a priezvisko]</w:t>
            </w:r>
          </w:p>
          <w:p>
            <w:pPr>
              <w:jc w:val="center"/>
            </w:pPr>
            <w:r>
              <w:rPr>
                <w:color w:val="6B6B6B"/>
                <w:sz w:val="16"/>
              </w:rPr>
              <w:t>vlastnoručný podpis vyhlasovateľa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color w:val="F2541B"/>
        <w:sz w:val="16"/>
      </w:rPr>
      <w:t xml:space="preserve">● </w:t>
    </w:r>
    <w:r>
      <w:rPr>
        <w:color w:val="6B6B6B"/>
        <w:sz w:val="15"/>
      </w:rPr>
      <w:t>Vzor pripravil portál Staviny – staviny.sk/vzory   |   Pred použitím prispôsobte údaje svojej situácii.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A1A1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Cestne vyhlasenie o veku stavby vzor</dc:title>
  <dc:subject/>
  <dc:creator>Staviny.sk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