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5670"/>
      </w:tblGrid>
      <w:tr>
        <w:tc>
          <w:tcPr>
            <w:tcW w:type="dxa" w:w="396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2656" cy="3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56" cy="3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  <w:jc w:val="right"/>
            </w:pPr>
            <w:r>
              <w:rPr>
                <w:b/>
                <w:sz w:val="38"/>
              </w:rPr>
              <w:t>ČESTNÉ VYHLÁSENIE</w:t>
            </w:r>
          </w:p>
          <w:p>
            <w:pPr>
              <w:jc w:val="right"/>
            </w:pPr>
            <w:r>
              <w:rPr>
                <w:b/>
                <w:color w:val="F2541B"/>
                <w:sz w:val="16"/>
              </w:rPr>
              <w:t>VŠEOBECNÉ  ·  VZOR</w:t>
            </w:r>
          </w:p>
        </w:tc>
      </w:tr>
    </w:tbl>
    <w:p>
      <w:pPr>
        <w:pBdr>
          <w:bottom w:val="single" w:sz="12" w:color="F2541B" w:space="1"/>
        </w:pBdr>
        <w:spacing w:after="160"/>
      </w:pPr>
    </w:p>
    <w:p>
      <w:pPr>
        <w:spacing w:before="160" w:after="60"/>
      </w:pPr>
      <w:r>
        <w:rPr>
          <w:b/>
          <w:color w:val="F2541B"/>
          <w:sz w:val="17"/>
        </w:rPr>
        <w:t>VYHLASOVATEĽ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Meno a priezvisko, titul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[Meno a priezvisko]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Dátum narodenia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[dd. mm. rrrr]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Trvalý pobyt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[ulica a číslo, PSČ, obec]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Číslo občianskeho preukazu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[číslo OP]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b/>
          <w:color w:val="F2541B"/>
          <w:sz w:val="17"/>
        </w:rPr>
        <w:t>ÚČEL VYHLÁSENIA</w:t>
      </w:r>
    </w:p>
    <w:p>
      <w:pPr>
        <w:spacing w:after="80"/>
        <w:jc w:val="both"/>
      </w:pPr>
      <w:r>
        <w:rPr>
          <w:b w:val="0"/>
          <w:i w:val="0"/>
          <w:sz w:val="20"/>
        </w:rPr>
        <w:t>Vyhlásenie predkladám [názov úradu, firmy alebo inštitúcie] na účel [stručne opíšte, napr. žiadosti o dotáciu, verejného obstarávania, uzatvorenia zmluvy o dielo].</w:t>
      </w:r>
    </w:p>
    <w:p>
      <w:pPr>
        <w:keepNext/>
        <w:spacing w:before="160"/>
        <w:jc w:val="center"/>
      </w:pPr>
      <w:r>
        <w:rPr>
          <w:b/>
          <w:sz w:val="22"/>
        </w:rPr>
        <w:t>čestne vyhlasujem, že</w:t>
      </w:r>
    </w:p>
    <w:p>
      <w:pPr>
        <w:spacing w:after="80"/>
        <w:jc w:val="both"/>
      </w:pPr>
      <w:r>
        <w:rPr>
          <w:b w:val="0"/>
          <w:i w:val="0"/>
          <w:sz w:val="20"/>
        </w:rPr>
        <w:t>[Uveďte konkrétnu skutočnosť jednou jasnou vetou. Napríklad: nemám voči Sociálnej poisťovni, zdravotnej poisťovni ani daňovému úradu nedoplatky po lehote splatnosti.]</w:t>
      </w:r>
    </w:p>
    <w:p>
      <w:pPr>
        <w:spacing w:after="80"/>
        <w:jc w:val="both"/>
      </w:pPr>
      <w:r>
        <w:rPr>
          <w:b w:val="0"/>
          <w:i w:val="0"/>
          <w:sz w:val="20"/>
        </w:rPr>
        <w:t>[Ak treba, doplňte ďalšiu skutočnosť ako samostatný odsek.]</w:t>
      </w:r>
    </w:p>
    <w:p>
      <w:pPr>
        <w:spacing w:after="80"/>
        <w:jc w:val="both"/>
      </w:pPr>
      <w:r>
        <w:rPr>
          <w:b w:val="0"/>
          <w:i w:val="0"/>
          <w:color w:val="6B6B6B"/>
          <w:sz w:val="17"/>
        </w:rPr>
        <w:t>Som si vedomý/-á, že nepravdivé čestné vyhlásenie je priestupkom podľa § 21 ods. 1 písm. f) zákona č. 372/1990 Zb. o priestupkoch a v závislosti od okolností môže zakladať aj trestnoprávnu zodpovednosť.</w:t>
      </w:r>
    </w:p>
    <w:p>
      <w:pPr>
        <w:spacing w:after="80" w:before="240"/>
      </w:pPr>
      <w:r>
        <w:rPr>
          <w:b w:val="0"/>
          <w:i w:val="0"/>
          <w:sz w:val="20"/>
        </w:rPr>
        <w:t>V [mieste] dňa [dátum]</w:t>
      </w:r>
    </w:p>
    <w:p>
      <w:pPr>
        <w:spacing w:before="504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9"/>
      </w:tblGrid>
      <w:tr>
        <w:tc>
          <w:tcPr>
            <w:tcW w:type="dxa" w:w="9638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[Meno a priezvisko]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vlastnoručný podpis vyhlasovateľa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F2541B"/>
        <w:sz w:val="16"/>
      </w:rPr>
      <w:t xml:space="preserve">● </w:t>
    </w:r>
    <w:r>
      <w:rPr>
        <w:color w:val="6B6B6B"/>
        <w:sz w:val="15"/>
      </w:rPr>
      <w:t>Vzor pripravil portál Staviny – staviny.sk/vzory   |   Pred použitím prispôsobte údaje svojej situácii.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Cestne vyhlasenie vseobecne vzor</dc:title>
  <dc:subject/>
  <dc:creator>Staviny.sk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