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969"/>
        <w:gridCol w:w="5670"/>
      </w:tblGrid>
      <w:tr>
        <w:tc>
          <w:tcPr>
            <w:tcW w:type="dxa" w:w="3969"/>
            <w:vAlign w:val="center"/>
          </w:tcPr>
          <w:p>
            <w:r>
              <w:drawing>
                <wp:inline xmlns:a="http://schemas.openxmlformats.org/drawingml/2006/main" xmlns:pic="http://schemas.openxmlformats.org/drawingml/2006/picture">
                  <wp:extent cx="1362656" cy="342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2656" cy="34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669"/>
            <w:vAlign w:val="center"/>
          </w:tcPr>
          <w:p>
            <w:pPr>
              <w:spacing w:after="40"/>
              <w:jc w:val="right"/>
            </w:pPr>
            <w:r>
              <w:rPr>
                <w:b/>
                <w:sz w:val="38"/>
              </w:rPr>
              <w:t>DODACÍ LIST</w:t>
            </w:r>
          </w:p>
          <w:p>
            <w:pPr>
              <w:jc w:val="right"/>
            </w:pPr>
            <w:r>
              <w:rPr>
                <w:b/>
                <w:color w:val="F2541B"/>
                <w:sz w:val="16"/>
              </w:rPr>
              <w:t>VZOR</w:t>
            </w:r>
          </w:p>
        </w:tc>
      </w:tr>
    </w:tbl>
    <w:p>
      <w:pPr>
        <w:pBdr>
          <w:bottom w:val="single" w:sz="12" w:color="F2541B" w:space="1"/>
        </w:pBdr>
        <w:spacing w:after="16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402"/>
        <w:gridCol w:w="6237"/>
      </w:tblGrid>
      <w:tr>
        <w:tc>
          <w:tcPr>
            <w:tcW w:type="dxa" w:w="3402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  <w:shd w:val="clear" w:color="auto" w:fill="F4F4F4"/>
          </w:tcPr>
          <w:p>
            <w:r>
              <w:rPr>
                <w:color w:val="6B6B6B"/>
                <w:sz w:val="18"/>
              </w:rPr>
              <w:t>Číslo dodacieho listu</w:t>
            </w:r>
          </w:p>
        </w:tc>
        <w:tc>
          <w:tcPr>
            <w:tcW w:type="dxa" w:w="6236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</w:tcPr>
          <w:p>
            <w:r>
              <w:rPr>
                <w:sz w:val="19"/>
              </w:rPr>
              <w:t>[DL-2026-001]</w:t>
            </w:r>
          </w:p>
        </w:tc>
      </w:tr>
      <w:tr>
        <w:tc>
          <w:tcPr>
            <w:tcW w:type="dxa" w:w="3402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  <w:shd w:val="clear" w:color="auto" w:fill="F4F4F4"/>
          </w:tcPr>
          <w:p>
            <w:r>
              <w:rPr>
                <w:color w:val="6B6B6B"/>
                <w:sz w:val="18"/>
              </w:rPr>
              <w:t>Dátum dodania</w:t>
            </w:r>
          </w:p>
        </w:tc>
        <w:tc>
          <w:tcPr>
            <w:tcW w:type="dxa" w:w="6236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</w:tcPr>
          <w:p>
            <w:r>
              <w:rPr>
                <w:sz w:val="19"/>
              </w:rPr>
              <w:t>[dd. mm. rrrr]</w:t>
            </w:r>
          </w:p>
        </w:tc>
      </w:tr>
      <w:tr>
        <w:tc>
          <w:tcPr>
            <w:tcW w:type="dxa" w:w="3402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  <w:shd w:val="clear" w:color="auto" w:fill="F4F4F4"/>
          </w:tcPr>
          <w:p>
            <w:r>
              <w:rPr>
                <w:color w:val="6B6B6B"/>
                <w:sz w:val="18"/>
              </w:rPr>
              <w:t>Číslo objednávky / zákazky</w:t>
            </w:r>
          </w:p>
        </w:tc>
        <w:tc>
          <w:tcPr>
            <w:tcW w:type="dxa" w:w="6236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</w:tcPr>
          <w:p>
            <w:r>
              <w:rPr>
                <w:sz w:val="19"/>
              </w:rPr>
              <w:t>[ ]</w:t>
            </w:r>
          </w:p>
        </w:tc>
      </w:tr>
      <w:tr>
        <w:tc>
          <w:tcPr>
            <w:tcW w:type="dxa" w:w="3402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  <w:shd w:val="clear" w:color="auto" w:fill="F4F4F4"/>
          </w:tcPr>
          <w:p>
            <w:r>
              <w:rPr>
                <w:color w:val="6B6B6B"/>
                <w:sz w:val="18"/>
              </w:rPr>
              <w:t>Miesto dodania</w:t>
            </w:r>
          </w:p>
        </w:tc>
        <w:tc>
          <w:tcPr>
            <w:tcW w:type="dxa" w:w="6236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</w:tcPr>
          <w:p>
            <w:r>
              <w:rPr>
                <w:sz w:val="19"/>
              </w:rPr>
              <w:t>[adresa stavby / skladu]</w:t>
            </w:r>
          </w:p>
        </w:tc>
      </w:tr>
    </w:tbl>
    <w:p>
      <w:pPr>
        <w:spacing w:after="4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19"/>
        <w:gridCol w:w="4819"/>
      </w:tblGrid>
      <w:tr>
        <w:tc>
          <w:tcPr>
            <w:tcW w:type="dxa" w:w="4819"/>
            <w:shd w:val="clear" w:color="auto" w:fill="F4F4F4"/>
            <w:tcBorders>
              <w:top w:val="nil"/>
              <w:left w:val="single" w:sz="24" w:color="F2541B"/>
              <w:bottom w:val="nil"/>
              <w:right w:val="nil"/>
            </w:tcBorders>
            <w:tcMar>
              <w:top w:w="120" w:type="dxa"/>
              <w:bottom w:w="120" w:type="dxa"/>
              <w:start w:w="180" w:type="dxa"/>
              <w:end w:w="140" w:type="dxa"/>
            </w:tcMar>
          </w:tcPr>
          <w:p>
            <w:r>
              <w:rPr>
                <w:b/>
                <w:color w:val="F2541B"/>
                <w:sz w:val="16"/>
              </w:rPr>
              <w:t>DODÁVATEĽ</w:t>
            </w:r>
          </w:p>
          <w:p>
            <w:pPr>
              <w:spacing w:after="20"/>
            </w:pPr>
            <w:r>
              <w:rPr>
                <w:b/>
                <w:sz w:val="19"/>
              </w:rPr>
              <w:t>[Obchodné meno]</w:t>
            </w:r>
          </w:p>
          <w:p>
            <w:pPr>
              <w:spacing w:after="20"/>
            </w:pPr>
            <w:r>
              <w:rPr>
                <w:color w:val="6B6B6B"/>
                <w:sz w:val="17"/>
              </w:rPr>
              <w:t xml:space="preserve">Sídlo: </w:t>
            </w:r>
            <w:r>
              <w:rPr>
                <w:sz w:val="19"/>
              </w:rPr>
              <w:t>[adresa]</w:t>
            </w:r>
          </w:p>
          <w:p>
            <w:pPr>
              <w:spacing w:after="20"/>
            </w:pPr>
            <w:r>
              <w:rPr>
                <w:color w:val="6B6B6B"/>
                <w:sz w:val="17"/>
              </w:rPr>
              <w:t xml:space="preserve">IČO / DIČ: </w:t>
            </w:r>
            <w:r>
              <w:rPr>
                <w:sz w:val="19"/>
              </w:rPr>
              <w:t>[údaje]</w:t>
            </w:r>
          </w:p>
          <w:p>
            <w:pPr>
              <w:spacing w:after="20"/>
            </w:pPr>
            <w:r>
              <w:rPr>
                <w:color w:val="6B6B6B"/>
                <w:sz w:val="17"/>
              </w:rPr>
              <w:t xml:space="preserve">Telefón: </w:t>
            </w:r>
            <w:r>
              <w:rPr>
                <w:sz w:val="19"/>
              </w:rPr>
              <w:t>[ ]</w:t>
            </w:r>
          </w:p>
        </w:tc>
        <w:tc>
          <w:tcPr>
            <w:tcW w:type="dxa" w:w="4819"/>
            <w:shd w:val="clear" w:color="auto" w:fill="FDEEE8"/>
            <w:tcBorders>
              <w:top w:val="nil"/>
              <w:left w:val="single" w:sz="24" w:color="F2541B"/>
              <w:bottom w:val="nil"/>
              <w:right w:val="nil"/>
            </w:tcBorders>
            <w:tcMar>
              <w:top w:w="120" w:type="dxa"/>
              <w:bottom w:w="120" w:type="dxa"/>
              <w:start w:w="180" w:type="dxa"/>
              <w:end w:w="140" w:type="dxa"/>
            </w:tcMar>
          </w:tcPr>
          <w:p>
            <w:r>
              <w:rPr>
                <w:b/>
                <w:color w:val="F2541B"/>
                <w:sz w:val="16"/>
              </w:rPr>
              <w:t>ODBERATEĽ</w:t>
            </w:r>
          </w:p>
          <w:p>
            <w:pPr>
              <w:spacing w:after="20"/>
            </w:pPr>
            <w:r>
              <w:rPr>
                <w:b/>
                <w:sz w:val="19"/>
              </w:rPr>
              <w:t>[Obchodné meno / meno]</w:t>
            </w:r>
          </w:p>
          <w:p>
            <w:pPr>
              <w:spacing w:after="20"/>
            </w:pPr>
            <w:r>
              <w:rPr>
                <w:color w:val="6B6B6B"/>
                <w:sz w:val="17"/>
              </w:rPr>
              <w:t xml:space="preserve">Sídlo / adresa: </w:t>
            </w:r>
            <w:r>
              <w:rPr>
                <w:sz w:val="19"/>
              </w:rPr>
              <w:t>[adresa]</w:t>
            </w:r>
          </w:p>
          <w:p>
            <w:pPr>
              <w:spacing w:after="20"/>
            </w:pPr>
            <w:r>
              <w:rPr>
                <w:color w:val="6B6B6B"/>
                <w:sz w:val="17"/>
              </w:rPr>
              <w:t xml:space="preserve">IČO / DIČ: </w:t>
            </w:r>
            <w:r>
              <w:rPr>
                <w:sz w:val="19"/>
              </w:rPr>
              <w:t>[údaje]</w:t>
            </w:r>
          </w:p>
          <w:p>
            <w:pPr>
              <w:spacing w:after="20"/>
            </w:pPr>
            <w:r>
              <w:rPr>
                <w:color w:val="6B6B6B"/>
                <w:sz w:val="17"/>
              </w:rPr>
              <w:t xml:space="preserve">Kontaktná osoba: </w:t>
            </w:r>
            <w:r>
              <w:rPr>
                <w:sz w:val="19"/>
              </w:rPr>
              <w:t>[ ]</w:t>
            </w:r>
          </w:p>
        </w:tc>
      </w:tr>
    </w:tbl>
    <w:p>
      <w:pPr>
        <w:spacing w:after="40"/>
      </w:pPr>
    </w:p>
    <w:p>
      <w:pPr>
        <w:keepNext/>
        <w:spacing w:before="200" w:after="80"/>
      </w:pPr>
      <w:r>
        <w:rPr>
          <w:b/>
          <w:sz w:val="23"/>
        </w:rPr>
        <w:t>Dodaný tovar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53"/>
        <w:gridCol w:w="1134"/>
        <w:gridCol w:w="3969"/>
        <w:gridCol w:w="907"/>
        <w:gridCol w:w="1247"/>
        <w:gridCol w:w="1927"/>
      </w:tblGrid>
      <w:tr>
        <w:tc>
          <w:tcPr>
            <w:tcW w:type="dxa" w:w="454"/>
            <w:shd w:val="clear" w:color="auto" w:fill="F2541B"/>
            <w:tcMar>
              <w:top w:w="70" w:type="dxa"/>
              <w:bottom w:w="70" w:type="dxa"/>
              <w:start w:w="90" w:type="dxa"/>
              <w:end w:w="90" w:type="dxa"/>
            </w:tcMar>
          </w:tcPr>
          <w:p>
            <w:r>
              <w:rPr>
                <w:b/>
                <w:color w:val="FFFFFF"/>
                <w:sz w:val="17"/>
              </w:rPr>
              <w:t>#</w:t>
            </w:r>
          </w:p>
        </w:tc>
        <w:tc>
          <w:tcPr>
            <w:tcW w:type="dxa" w:w="1134"/>
            <w:shd w:val="clear" w:color="auto" w:fill="F2541B"/>
            <w:tcMar>
              <w:top w:w="70" w:type="dxa"/>
              <w:bottom w:w="70" w:type="dxa"/>
              <w:start w:w="90" w:type="dxa"/>
              <w:end w:w="90" w:type="dxa"/>
            </w:tcMar>
          </w:tcPr>
          <w:p>
            <w:r>
              <w:rPr>
                <w:b/>
                <w:color w:val="FFFFFF"/>
                <w:sz w:val="17"/>
              </w:rPr>
              <w:t>Kód</w:t>
            </w:r>
          </w:p>
        </w:tc>
        <w:tc>
          <w:tcPr>
            <w:tcW w:type="dxa" w:w="3969"/>
            <w:shd w:val="clear" w:color="auto" w:fill="F2541B"/>
            <w:tcMar>
              <w:top w:w="70" w:type="dxa"/>
              <w:bottom w:w="70" w:type="dxa"/>
              <w:start w:w="90" w:type="dxa"/>
              <w:end w:w="90" w:type="dxa"/>
            </w:tcMar>
          </w:tcPr>
          <w:p>
            <w:r>
              <w:rPr>
                <w:b/>
                <w:color w:val="FFFFFF"/>
                <w:sz w:val="17"/>
              </w:rPr>
              <w:t>Názov tovaru / materiálu</w:t>
            </w:r>
          </w:p>
        </w:tc>
        <w:tc>
          <w:tcPr>
            <w:tcW w:type="dxa" w:w="907"/>
            <w:shd w:val="clear" w:color="auto" w:fill="F2541B"/>
            <w:tcMar>
              <w:top w:w="70" w:type="dxa"/>
              <w:bottom w:w="70" w:type="dxa"/>
              <w:start w:w="90" w:type="dxa"/>
              <w:end w:w="90" w:type="dxa"/>
            </w:tcMar>
          </w:tcPr>
          <w:p>
            <w:r>
              <w:rPr>
                <w:b/>
                <w:color w:val="FFFFFF"/>
                <w:sz w:val="17"/>
              </w:rPr>
              <w:t>MJ</w:t>
            </w:r>
          </w:p>
        </w:tc>
        <w:tc>
          <w:tcPr>
            <w:tcW w:type="dxa" w:w="1247"/>
            <w:shd w:val="clear" w:color="auto" w:fill="F2541B"/>
            <w:tcMar>
              <w:top w:w="70" w:type="dxa"/>
              <w:bottom w:w="70" w:type="dxa"/>
              <w:start w:w="90" w:type="dxa"/>
              <w:end w:w="90" w:type="dxa"/>
            </w:tcMar>
          </w:tcPr>
          <w:p>
            <w:r>
              <w:rPr>
                <w:b/>
                <w:color w:val="FFFFFF"/>
                <w:sz w:val="17"/>
              </w:rPr>
              <w:t>Množstvo</w:t>
            </w:r>
          </w:p>
        </w:tc>
        <w:tc>
          <w:tcPr>
            <w:tcW w:type="dxa" w:w="1928"/>
            <w:shd w:val="clear" w:color="auto" w:fill="F2541B"/>
            <w:tcMar>
              <w:top w:w="70" w:type="dxa"/>
              <w:bottom w:w="70" w:type="dxa"/>
              <w:start w:w="90" w:type="dxa"/>
              <w:end w:w="90" w:type="dxa"/>
            </w:tcMar>
          </w:tcPr>
          <w:p>
            <w:r>
              <w:rPr>
                <w:b/>
                <w:color w:val="FFFFFF"/>
                <w:sz w:val="17"/>
              </w:rPr>
              <w:t>Poznámka</w:t>
            </w:r>
          </w:p>
        </w:tc>
      </w:tr>
      <w:tr>
        <w:trPr>
          <w:trHeight w:val="368"/>
        </w:trPr>
        <w:tc>
          <w:tcPr>
            <w:tcW w:type="dxa" w:w="454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</w:tcPr>
          <w:p>
            <w:r>
              <w:rPr>
                <w:sz w:val="17"/>
              </w:rPr>
              <w:t>1</w:t>
            </w:r>
          </w:p>
        </w:tc>
        <w:tc>
          <w:tcPr>
            <w:tcW w:type="dxa" w:w="1134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</w:tcPr>
          <w:p>
            <w:r>
              <w:rPr>
                <w:sz w:val="17"/>
              </w:rPr>
            </w:r>
          </w:p>
        </w:tc>
        <w:tc>
          <w:tcPr>
            <w:tcW w:type="dxa" w:w="3969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</w:tcPr>
          <w:p>
            <w:r>
              <w:rPr>
                <w:sz w:val="17"/>
              </w:rPr>
              <w:t>[napr. Pórobetónová tvárnica 300 mm]</w:t>
            </w:r>
          </w:p>
        </w:tc>
        <w:tc>
          <w:tcPr>
            <w:tcW w:type="dxa" w:w="907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</w:tcPr>
          <w:p>
            <w:r>
              <w:rPr>
                <w:sz w:val="17"/>
              </w:rPr>
              <w:t>ks</w:t>
            </w:r>
          </w:p>
        </w:tc>
        <w:tc>
          <w:tcPr>
            <w:tcW w:type="dxa" w:w="1247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</w:tcPr>
          <w:p>
            <w:r>
              <w:rPr>
                <w:sz w:val="17"/>
              </w:rPr>
            </w:r>
          </w:p>
        </w:tc>
        <w:tc>
          <w:tcPr>
            <w:tcW w:type="dxa" w:w="1928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</w:tcPr>
          <w:p>
            <w:r>
              <w:rPr>
                <w:sz w:val="17"/>
              </w:rPr>
            </w:r>
          </w:p>
        </w:tc>
      </w:tr>
      <w:tr>
        <w:trPr>
          <w:trHeight w:val="368"/>
        </w:trPr>
        <w:tc>
          <w:tcPr>
            <w:tcW w:type="dxa" w:w="454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  <w:shd w:val="clear" w:color="auto" w:fill="FAFAFA"/>
          </w:tcPr>
          <w:p>
            <w:r>
              <w:rPr>
                <w:sz w:val="17"/>
              </w:rPr>
              <w:t>2</w:t>
            </w:r>
          </w:p>
        </w:tc>
        <w:tc>
          <w:tcPr>
            <w:tcW w:type="dxa" w:w="1134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  <w:shd w:val="clear" w:color="auto" w:fill="FAFAFA"/>
          </w:tcPr>
          <w:p>
            <w:r>
              <w:rPr>
                <w:sz w:val="17"/>
              </w:rPr>
            </w:r>
          </w:p>
        </w:tc>
        <w:tc>
          <w:tcPr>
            <w:tcW w:type="dxa" w:w="3969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  <w:shd w:val="clear" w:color="auto" w:fill="FAFAFA"/>
          </w:tcPr>
          <w:p>
            <w:r>
              <w:rPr>
                <w:sz w:val="17"/>
              </w:rPr>
              <w:t>[napr. Lepidlo na tvárnice 25 kg]</w:t>
            </w:r>
          </w:p>
        </w:tc>
        <w:tc>
          <w:tcPr>
            <w:tcW w:type="dxa" w:w="907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  <w:shd w:val="clear" w:color="auto" w:fill="FAFAFA"/>
          </w:tcPr>
          <w:p>
            <w:r>
              <w:rPr>
                <w:sz w:val="17"/>
              </w:rPr>
              <w:t>vrece</w:t>
            </w:r>
          </w:p>
        </w:tc>
        <w:tc>
          <w:tcPr>
            <w:tcW w:type="dxa" w:w="1247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  <w:shd w:val="clear" w:color="auto" w:fill="FAFAFA"/>
          </w:tcPr>
          <w:p>
            <w:r>
              <w:rPr>
                <w:sz w:val="17"/>
              </w:rPr>
            </w:r>
          </w:p>
        </w:tc>
        <w:tc>
          <w:tcPr>
            <w:tcW w:type="dxa" w:w="1928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  <w:shd w:val="clear" w:color="auto" w:fill="FAFAFA"/>
          </w:tcPr>
          <w:p>
            <w:r>
              <w:rPr>
                <w:sz w:val="17"/>
              </w:rPr>
            </w:r>
          </w:p>
        </w:tc>
      </w:tr>
      <w:tr>
        <w:trPr>
          <w:trHeight w:val="368"/>
        </w:trPr>
        <w:tc>
          <w:tcPr>
            <w:tcW w:type="dxa" w:w="454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</w:tcPr>
          <w:p>
            <w:r>
              <w:rPr>
                <w:sz w:val="17"/>
              </w:rPr>
              <w:t>3</w:t>
            </w:r>
          </w:p>
        </w:tc>
        <w:tc>
          <w:tcPr>
            <w:tcW w:type="dxa" w:w="1134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</w:tcPr>
          <w:p>
            <w:r>
              <w:rPr>
                <w:sz w:val="17"/>
              </w:rPr>
            </w:r>
          </w:p>
        </w:tc>
        <w:tc>
          <w:tcPr>
            <w:tcW w:type="dxa" w:w="3969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</w:tcPr>
          <w:p>
            <w:r>
              <w:rPr>
                <w:sz w:val="17"/>
              </w:rPr>
            </w:r>
          </w:p>
        </w:tc>
        <w:tc>
          <w:tcPr>
            <w:tcW w:type="dxa" w:w="907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</w:tcPr>
          <w:p>
            <w:r>
              <w:rPr>
                <w:sz w:val="17"/>
              </w:rPr>
            </w:r>
          </w:p>
        </w:tc>
        <w:tc>
          <w:tcPr>
            <w:tcW w:type="dxa" w:w="1247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</w:tcPr>
          <w:p>
            <w:r>
              <w:rPr>
                <w:sz w:val="17"/>
              </w:rPr>
            </w:r>
          </w:p>
        </w:tc>
        <w:tc>
          <w:tcPr>
            <w:tcW w:type="dxa" w:w="1928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</w:tcPr>
          <w:p>
            <w:r>
              <w:rPr>
                <w:sz w:val="17"/>
              </w:rPr>
            </w:r>
          </w:p>
        </w:tc>
      </w:tr>
      <w:tr>
        <w:trPr>
          <w:trHeight w:val="368"/>
        </w:trPr>
        <w:tc>
          <w:tcPr>
            <w:tcW w:type="dxa" w:w="454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  <w:shd w:val="clear" w:color="auto" w:fill="FAFAFA"/>
          </w:tcPr>
          <w:p>
            <w:r>
              <w:rPr>
                <w:sz w:val="17"/>
              </w:rPr>
              <w:t>4</w:t>
            </w:r>
          </w:p>
        </w:tc>
        <w:tc>
          <w:tcPr>
            <w:tcW w:type="dxa" w:w="1134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  <w:shd w:val="clear" w:color="auto" w:fill="FAFAFA"/>
          </w:tcPr>
          <w:p>
            <w:r>
              <w:rPr>
                <w:sz w:val="17"/>
              </w:rPr>
            </w:r>
          </w:p>
        </w:tc>
        <w:tc>
          <w:tcPr>
            <w:tcW w:type="dxa" w:w="3969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  <w:shd w:val="clear" w:color="auto" w:fill="FAFAFA"/>
          </w:tcPr>
          <w:p>
            <w:r>
              <w:rPr>
                <w:sz w:val="17"/>
              </w:rPr>
            </w:r>
          </w:p>
        </w:tc>
        <w:tc>
          <w:tcPr>
            <w:tcW w:type="dxa" w:w="907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  <w:shd w:val="clear" w:color="auto" w:fill="FAFAFA"/>
          </w:tcPr>
          <w:p>
            <w:r>
              <w:rPr>
                <w:sz w:val="17"/>
              </w:rPr>
            </w:r>
          </w:p>
        </w:tc>
        <w:tc>
          <w:tcPr>
            <w:tcW w:type="dxa" w:w="1247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  <w:shd w:val="clear" w:color="auto" w:fill="FAFAFA"/>
          </w:tcPr>
          <w:p>
            <w:r>
              <w:rPr>
                <w:sz w:val="17"/>
              </w:rPr>
            </w:r>
          </w:p>
        </w:tc>
        <w:tc>
          <w:tcPr>
            <w:tcW w:type="dxa" w:w="1928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  <w:shd w:val="clear" w:color="auto" w:fill="FAFAFA"/>
          </w:tcPr>
          <w:p>
            <w:r>
              <w:rPr>
                <w:sz w:val="17"/>
              </w:rPr>
            </w:r>
          </w:p>
        </w:tc>
      </w:tr>
      <w:tr>
        <w:trPr>
          <w:trHeight w:val="368"/>
        </w:trPr>
        <w:tc>
          <w:tcPr>
            <w:tcW w:type="dxa" w:w="454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</w:tcPr>
          <w:p>
            <w:r>
              <w:rPr>
                <w:sz w:val="17"/>
              </w:rPr>
              <w:t>5</w:t>
            </w:r>
          </w:p>
        </w:tc>
        <w:tc>
          <w:tcPr>
            <w:tcW w:type="dxa" w:w="1134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</w:tcPr>
          <w:p>
            <w:r>
              <w:rPr>
                <w:sz w:val="17"/>
              </w:rPr>
            </w:r>
          </w:p>
        </w:tc>
        <w:tc>
          <w:tcPr>
            <w:tcW w:type="dxa" w:w="3969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</w:tcPr>
          <w:p>
            <w:r>
              <w:rPr>
                <w:sz w:val="17"/>
              </w:rPr>
            </w:r>
          </w:p>
        </w:tc>
        <w:tc>
          <w:tcPr>
            <w:tcW w:type="dxa" w:w="907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</w:tcPr>
          <w:p>
            <w:r>
              <w:rPr>
                <w:sz w:val="17"/>
              </w:rPr>
            </w:r>
          </w:p>
        </w:tc>
        <w:tc>
          <w:tcPr>
            <w:tcW w:type="dxa" w:w="1247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</w:tcPr>
          <w:p>
            <w:r>
              <w:rPr>
                <w:sz w:val="17"/>
              </w:rPr>
            </w:r>
          </w:p>
        </w:tc>
        <w:tc>
          <w:tcPr>
            <w:tcW w:type="dxa" w:w="1928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</w:tcPr>
          <w:p>
            <w:r>
              <w:rPr>
                <w:sz w:val="17"/>
              </w:rPr>
            </w:r>
          </w:p>
        </w:tc>
      </w:tr>
      <w:tr>
        <w:trPr>
          <w:trHeight w:val="368"/>
        </w:trPr>
        <w:tc>
          <w:tcPr>
            <w:tcW w:type="dxa" w:w="454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  <w:shd w:val="clear" w:color="auto" w:fill="FAFAFA"/>
          </w:tcPr>
          <w:p>
            <w:r>
              <w:rPr>
                <w:sz w:val="17"/>
              </w:rPr>
              <w:t>6</w:t>
            </w:r>
          </w:p>
        </w:tc>
        <w:tc>
          <w:tcPr>
            <w:tcW w:type="dxa" w:w="1134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  <w:shd w:val="clear" w:color="auto" w:fill="FAFAFA"/>
          </w:tcPr>
          <w:p>
            <w:r>
              <w:rPr>
                <w:sz w:val="17"/>
              </w:rPr>
            </w:r>
          </w:p>
        </w:tc>
        <w:tc>
          <w:tcPr>
            <w:tcW w:type="dxa" w:w="3969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  <w:shd w:val="clear" w:color="auto" w:fill="FAFAFA"/>
          </w:tcPr>
          <w:p>
            <w:r>
              <w:rPr>
                <w:sz w:val="17"/>
              </w:rPr>
            </w:r>
          </w:p>
        </w:tc>
        <w:tc>
          <w:tcPr>
            <w:tcW w:type="dxa" w:w="907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  <w:shd w:val="clear" w:color="auto" w:fill="FAFAFA"/>
          </w:tcPr>
          <w:p>
            <w:r>
              <w:rPr>
                <w:sz w:val="17"/>
              </w:rPr>
            </w:r>
          </w:p>
        </w:tc>
        <w:tc>
          <w:tcPr>
            <w:tcW w:type="dxa" w:w="1247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  <w:shd w:val="clear" w:color="auto" w:fill="FAFAFA"/>
          </w:tcPr>
          <w:p>
            <w:r>
              <w:rPr>
                <w:sz w:val="17"/>
              </w:rPr>
            </w:r>
          </w:p>
        </w:tc>
        <w:tc>
          <w:tcPr>
            <w:tcW w:type="dxa" w:w="1928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  <w:shd w:val="clear" w:color="auto" w:fill="FAFAFA"/>
          </w:tcPr>
          <w:p>
            <w:r>
              <w:rPr>
                <w:sz w:val="17"/>
              </w:rPr>
            </w:r>
          </w:p>
        </w:tc>
      </w:tr>
    </w:tbl>
    <w:p>
      <w:pPr>
        <w:spacing w:after="4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402"/>
        <w:gridCol w:w="6237"/>
      </w:tblGrid>
      <w:tr>
        <w:tc>
          <w:tcPr>
            <w:tcW w:type="dxa" w:w="3402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  <w:shd w:val="clear" w:color="auto" w:fill="F4F4F4"/>
          </w:tcPr>
          <w:p>
            <w:r>
              <w:rPr>
                <w:color w:val="6B6B6B"/>
                <w:sz w:val="18"/>
              </w:rPr>
              <w:t>Spôsob dopravy</w:t>
            </w:r>
          </w:p>
        </w:tc>
        <w:tc>
          <w:tcPr>
            <w:tcW w:type="dxa" w:w="6236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</w:tcPr>
          <w:p>
            <w:r>
              <w:rPr>
                <w:sz w:val="19"/>
              </w:rPr>
              <w:t>☐ vlastná  ☐ dodávateľ  ☐ kuriér  ☐ osobný odber</w:t>
            </w:r>
          </w:p>
        </w:tc>
      </w:tr>
      <w:tr>
        <w:tc>
          <w:tcPr>
            <w:tcW w:type="dxa" w:w="3402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  <w:shd w:val="clear" w:color="auto" w:fill="F4F4F4"/>
          </w:tcPr>
          <w:p>
            <w:r>
              <w:rPr>
                <w:color w:val="6B6B6B"/>
                <w:sz w:val="18"/>
              </w:rPr>
              <w:t>Vratné obaly (palety)</w:t>
            </w:r>
          </w:p>
        </w:tc>
        <w:tc>
          <w:tcPr>
            <w:tcW w:type="dxa" w:w="6236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</w:tcPr>
          <w:p>
            <w:r>
              <w:rPr>
                <w:sz w:val="19"/>
              </w:rPr>
              <w:t>[počet] ks</w:t>
            </w:r>
          </w:p>
        </w:tc>
      </w:tr>
      <w:tr>
        <w:tc>
          <w:tcPr>
            <w:tcW w:type="dxa" w:w="3402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  <w:shd w:val="clear" w:color="auto" w:fill="F4F4F4"/>
          </w:tcPr>
          <w:p>
            <w:r>
              <w:rPr>
                <w:color w:val="6B6B6B"/>
                <w:sz w:val="18"/>
              </w:rPr>
              <w:t>Poznámka</w:t>
            </w:r>
          </w:p>
        </w:tc>
        <w:tc>
          <w:tcPr>
            <w:tcW w:type="dxa" w:w="6236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</w:tcPr>
          <w:p>
            <w:r>
              <w:rPr>
                <w:sz w:val="19"/>
              </w:rPr>
              <w:t>[ ]</w:t>
            </w:r>
          </w:p>
        </w:tc>
      </w:tr>
    </w:tbl>
    <w:p>
      <w:pPr>
        <w:spacing w:after="40"/>
      </w:pPr>
    </w:p>
    <w:p>
      <w:pPr>
        <w:spacing w:after="80"/>
        <w:jc w:val="both"/>
      </w:pPr>
      <w:r>
        <w:rPr>
          <w:b w:val="0"/>
          <w:i w:val="0"/>
          <w:sz w:val="18"/>
        </w:rPr>
        <w:t>Odberateľ svojím podpisom potvrdzuje prevzatie tovaru v uvedenom množstve. Zjavné vady a chýbajúce množstvo uvedie do poznámky pri prevzatí.</w:t>
      </w:r>
    </w:p>
    <w:p>
      <w:pPr>
        <w:spacing w:before="396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jc w:val="center"/>
            </w:pPr>
            <w:r>
              <w:rPr>
                <w:color w:val="6B6B6B"/>
              </w:rPr>
              <w:t>......................................................</w:t>
            </w:r>
          </w:p>
          <w:p>
            <w:pPr>
              <w:jc w:val="center"/>
            </w:pPr>
            <w:r>
              <w:rPr>
                <w:b/>
                <w:sz w:val="18"/>
              </w:rPr>
              <w:t>[Odovzdal – dodávateľ]</w:t>
            </w:r>
          </w:p>
          <w:p>
            <w:pPr>
              <w:jc w:val="center"/>
            </w:pPr>
            <w:r>
              <w:rPr>
                <w:color w:val="6B6B6B"/>
                <w:sz w:val="16"/>
              </w:rPr>
              <w:t>meno, podpis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color w:val="6B6B6B"/>
              </w:rPr>
              <w:t>......................................................</w:t>
            </w:r>
          </w:p>
          <w:p>
            <w:pPr>
              <w:jc w:val="center"/>
            </w:pPr>
            <w:r>
              <w:rPr>
                <w:b/>
                <w:sz w:val="18"/>
              </w:rPr>
              <w:t>[Prevzal – odberateľ]</w:t>
            </w:r>
          </w:p>
          <w:p>
            <w:pPr>
              <w:jc w:val="center"/>
            </w:pPr>
            <w:r>
              <w:rPr>
                <w:color w:val="6B6B6B"/>
                <w:sz w:val="16"/>
              </w:rPr>
              <w:t>meno, podpis, dátum a čas</w:t>
            </w:r>
          </w:p>
        </w:tc>
      </w:tr>
    </w:tbl>
    <w:sectPr w:rsidR="00FC693F" w:rsidRPr="0006063C" w:rsidSect="00034616">
      <w:footerReference w:type="default" r:id="rId10"/>
      <w:pgSz w:w="11906" w:h="16838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rPr>
        <w:color w:val="F2541B"/>
        <w:sz w:val="16"/>
      </w:rPr>
      <w:t xml:space="preserve">● </w:t>
    </w:r>
    <w:r>
      <w:rPr>
        <w:color w:val="6B6B6B"/>
        <w:sz w:val="15"/>
      </w:rPr>
      <w:t>Vzor pripravil portál Staviny – staviny.sk/vzory   |   Pred použitím prispôsobte údaje svojej situácii.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Arial" w:hAnsi="Arial" w:eastAsia="Arial"/>
      <w:color w:val="1A1A1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Dodaci list vzor word</dc:title>
  <dc:subject/>
  <dc:creator>Staviny.sk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